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B7FD7" w14:textId="149D515D" w:rsidR="00357C60" w:rsidRDefault="00E8044B" w:rsidP="00E8044B">
      <w:pPr>
        <w:pStyle w:val="Title"/>
        <w:jc w:val="center"/>
      </w:pPr>
      <w:r w:rsidRPr="00E8044B">
        <w:t>Trend of Disposal of complaints</w:t>
      </w:r>
    </w:p>
    <w:p w14:paraId="1CB44DD3" w14:textId="37270875" w:rsidR="00357C60" w:rsidRPr="00E8044B" w:rsidRDefault="00A923A8" w:rsidP="00E8044B">
      <w:pPr>
        <w:pStyle w:val="Heading3"/>
        <w:rPr>
          <w:sz w:val="28"/>
          <w:szCs w:val="28"/>
        </w:rPr>
      </w:pPr>
      <w:r w:rsidRPr="00E8044B">
        <w:rPr>
          <w:sz w:val="28"/>
          <w:szCs w:val="28"/>
        </w:rPr>
        <w:t>Monthly Trend</w:t>
      </w:r>
      <w:r w:rsidR="00E8044B">
        <w:rPr>
          <w:sz w:val="28"/>
          <w:szCs w:val="28"/>
        </w:rPr>
        <w:t xml:space="preserve"> (for the last 12 months)</w:t>
      </w:r>
    </w:p>
    <w:tbl>
      <w:tblPr>
        <w:tblStyle w:val="GridTable4-Accent4"/>
        <w:tblW w:w="0" w:type="auto"/>
        <w:tblLook w:val="04A0" w:firstRow="1" w:lastRow="0" w:firstColumn="1" w:lastColumn="0" w:noHBand="0" w:noVBand="1"/>
      </w:tblPr>
      <w:tblGrid>
        <w:gridCol w:w="1271"/>
        <w:gridCol w:w="1339"/>
        <w:gridCol w:w="2113"/>
        <w:gridCol w:w="1133"/>
        <w:gridCol w:w="1404"/>
        <w:gridCol w:w="1370"/>
      </w:tblGrid>
      <w:tr w:rsidR="00357C60" w14:paraId="52ACBF7D" w14:textId="77777777" w:rsidTr="00E804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vAlign w:val="center"/>
          </w:tcPr>
          <w:p w14:paraId="4C1A4EA6" w14:textId="77777777" w:rsidR="00357C60" w:rsidRDefault="00A923A8" w:rsidP="00E8044B">
            <w:pPr>
              <w:jc w:val="center"/>
            </w:pPr>
            <w:r>
              <w:t>Sr. No</w:t>
            </w:r>
          </w:p>
        </w:tc>
        <w:tc>
          <w:tcPr>
            <w:tcW w:w="1440" w:type="dxa"/>
            <w:vAlign w:val="center"/>
          </w:tcPr>
          <w:p w14:paraId="28481C95" w14:textId="77777777" w:rsidR="00357C60" w:rsidRDefault="00A923A8" w:rsidP="00E804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Month</w:t>
            </w:r>
          </w:p>
        </w:tc>
        <w:tc>
          <w:tcPr>
            <w:tcW w:w="2331" w:type="dxa"/>
            <w:vAlign w:val="center"/>
          </w:tcPr>
          <w:p w14:paraId="717D57A4" w14:textId="77777777" w:rsidR="00357C60" w:rsidRDefault="00A923A8" w:rsidP="00E804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Carried forward from previous month</w:t>
            </w:r>
          </w:p>
        </w:tc>
        <w:tc>
          <w:tcPr>
            <w:tcW w:w="549" w:type="dxa"/>
            <w:vAlign w:val="center"/>
          </w:tcPr>
          <w:p w14:paraId="709834C6" w14:textId="77777777" w:rsidR="00357C60" w:rsidRDefault="00A923A8" w:rsidP="00E804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Received</w:t>
            </w:r>
          </w:p>
        </w:tc>
        <w:tc>
          <w:tcPr>
            <w:tcW w:w="1440" w:type="dxa"/>
            <w:vAlign w:val="center"/>
          </w:tcPr>
          <w:p w14:paraId="1A2D760F" w14:textId="77777777" w:rsidR="00357C60" w:rsidRDefault="00A923A8" w:rsidP="00E804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Resolved*</w:t>
            </w:r>
          </w:p>
        </w:tc>
        <w:tc>
          <w:tcPr>
            <w:tcW w:w="1440" w:type="dxa"/>
            <w:vAlign w:val="center"/>
          </w:tcPr>
          <w:p w14:paraId="5D16E71A" w14:textId="77777777" w:rsidR="00357C60" w:rsidRDefault="00A923A8" w:rsidP="00E804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Pending</w:t>
            </w:r>
          </w:p>
        </w:tc>
      </w:tr>
      <w:tr w:rsidR="00357C60" w14:paraId="3A7AD5A2" w14:textId="77777777" w:rsidTr="00E804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483AFF98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1</w:t>
            </w:r>
          </w:p>
        </w:tc>
        <w:tc>
          <w:tcPr>
            <w:tcW w:w="1440" w:type="dxa"/>
            <w:vAlign w:val="center"/>
          </w:tcPr>
          <w:p w14:paraId="1A6C3440" w14:textId="199124A6" w:rsidR="00357C60" w:rsidRDefault="00E8044B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May – 2026</w:t>
            </w:r>
          </w:p>
        </w:tc>
        <w:tc>
          <w:tcPr>
            <w:tcW w:w="2331" w:type="dxa"/>
            <w:vAlign w:val="center"/>
          </w:tcPr>
          <w:p w14:paraId="441D4069" w14:textId="34C47D1F" w:rsidR="00357C60" w:rsidRDefault="00E8044B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549" w:type="dxa"/>
            <w:vAlign w:val="center"/>
          </w:tcPr>
          <w:p w14:paraId="313CC8B9" w14:textId="7100CB8D" w:rsidR="00357C60" w:rsidRDefault="00E8044B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440" w:type="dxa"/>
            <w:vAlign w:val="center"/>
          </w:tcPr>
          <w:p w14:paraId="03ED2D1D" w14:textId="468DD064" w:rsidR="00357C60" w:rsidRDefault="00E8044B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440" w:type="dxa"/>
            <w:vAlign w:val="center"/>
          </w:tcPr>
          <w:p w14:paraId="3CE86516" w14:textId="49806305" w:rsidR="00357C60" w:rsidRDefault="00E8044B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357C60" w14:paraId="64D4B91B" w14:textId="77777777" w:rsidTr="00E804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5627D1F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2</w:t>
            </w:r>
          </w:p>
        </w:tc>
        <w:tc>
          <w:tcPr>
            <w:tcW w:w="1440" w:type="dxa"/>
            <w:vAlign w:val="center"/>
          </w:tcPr>
          <w:p w14:paraId="7E66DCDC" w14:textId="472598F6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31" w:type="dxa"/>
            <w:vAlign w:val="center"/>
          </w:tcPr>
          <w:p w14:paraId="4B33D284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49" w:type="dxa"/>
            <w:vAlign w:val="center"/>
          </w:tcPr>
          <w:p w14:paraId="1E1FEFB1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4A3B15B1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57BC1093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C60" w14:paraId="1882C66C" w14:textId="77777777" w:rsidTr="00E804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4FCE3B9E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3</w:t>
            </w:r>
          </w:p>
        </w:tc>
        <w:tc>
          <w:tcPr>
            <w:tcW w:w="1440" w:type="dxa"/>
            <w:vAlign w:val="center"/>
          </w:tcPr>
          <w:p w14:paraId="35D1EB13" w14:textId="0869F055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31" w:type="dxa"/>
            <w:vAlign w:val="center"/>
          </w:tcPr>
          <w:p w14:paraId="5134071A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9" w:type="dxa"/>
            <w:vAlign w:val="center"/>
          </w:tcPr>
          <w:p w14:paraId="54014A0F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50830494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4D538785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57C60" w14:paraId="660CDA20" w14:textId="77777777" w:rsidTr="00E804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C02CD30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4</w:t>
            </w:r>
          </w:p>
        </w:tc>
        <w:tc>
          <w:tcPr>
            <w:tcW w:w="1440" w:type="dxa"/>
            <w:vAlign w:val="center"/>
          </w:tcPr>
          <w:p w14:paraId="42868DDE" w14:textId="6335B3FC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31" w:type="dxa"/>
            <w:vAlign w:val="center"/>
          </w:tcPr>
          <w:p w14:paraId="3EFD58FD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49" w:type="dxa"/>
            <w:vAlign w:val="center"/>
          </w:tcPr>
          <w:p w14:paraId="184BA580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2918CCD5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3776DD19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C60" w14:paraId="765849C2" w14:textId="77777777" w:rsidTr="00E804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618F9DC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5</w:t>
            </w:r>
          </w:p>
        </w:tc>
        <w:tc>
          <w:tcPr>
            <w:tcW w:w="1440" w:type="dxa"/>
            <w:vAlign w:val="center"/>
          </w:tcPr>
          <w:p w14:paraId="5736268A" w14:textId="1E46B2D9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31" w:type="dxa"/>
            <w:vAlign w:val="center"/>
          </w:tcPr>
          <w:p w14:paraId="5371701F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9" w:type="dxa"/>
            <w:vAlign w:val="center"/>
          </w:tcPr>
          <w:p w14:paraId="41E735FF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5E0F3E38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09D2C83C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57C60" w14:paraId="427589F9" w14:textId="77777777" w:rsidTr="00E804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34129EDF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6</w:t>
            </w:r>
          </w:p>
        </w:tc>
        <w:tc>
          <w:tcPr>
            <w:tcW w:w="1440" w:type="dxa"/>
            <w:vAlign w:val="center"/>
          </w:tcPr>
          <w:p w14:paraId="4965B38B" w14:textId="194802AE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31" w:type="dxa"/>
            <w:vAlign w:val="center"/>
          </w:tcPr>
          <w:p w14:paraId="5DA5AFDD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49" w:type="dxa"/>
            <w:vAlign w:val="center"/>
          </w:tcPr>
          <w:p w14:paraId="38589F5B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3AE63961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2D34177B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C60" w14:paraId="582B9A9F" w14:textId="77777777" w:rsidTr="00E804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323AE974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7</w:t>
            </w:r>
          </w:p>
        </w:tc>
        <w:tc>
          <w:tcPr>
            <w:tcW w:w="1440" w:type="dxa"/>
            <w:vAlign w:val="center"/>
          </w:tcPr>
          <w:p w14:paraId="191AD25F" w14:textId="7A9B8A80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31" w:type="dxa"/>
            <w:vAlign w:val="center"/>
          </w:tcPr>
          <w:p w14:paraId="35054813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9" w:type="dxa"/>
            <w:vAlign w:val="center"/>
          </w:tcPr>
          <w:p w14:paraId="26AAD845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0337A0F8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0826EBAA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57C60" w14:paraId="5AE461DF" w14:textId="77777777" w:rsidTr="00E804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BD7A9A2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8</w:t>
            </w:r>
          </w:p>
        </w:tc>
        <w:tc>
          <w:tcPr>
            <w:tcW w:w="1440" w:type="dxa"/>
            <w:vAlign w:val="center"/>
          </w:tcPr>
          <w:p w14:paraId="3B937B47" w14:textId="3C1D40AB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31" w:type="dxa"/>
            <w:vAlign w:val="center"/>
          </w:tcPr>
          <w:p w14:paraId="23ED1AF3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49" w:type="dxa"/>
            <w:vAlign w:val="center"/>
          </w:tcPr>
          <w:p w14:paraId="5A2FB30B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72F493DF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2BD9BAEA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C60" w14:paraId="70AA35F6" w14:textId="77777777" w:rsidTr="00E804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068B9111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9</w:t>
            </w:r>
          </w:p>
        </w:tc>
        <w:tc>
          <w:tcPr>
            <w:tcW w:w="1440" w:type="dxa"/>
            <w:vAlign w:val="center"/>
          </w:tcPr>
          <w:p w14:paraId="3348DF9D" w14:textId="4946B6D0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31" w:type="dxa"/>
            <w:vAlign w:val="center"/>
          </w:tcPr>
          <w:p w14:paraId="0DB76AD9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9" w:type="dxa"/>
            <w:vAlign w:val="center"/>
          </w:tcPr>
          <w:p w14:paraId="508AAE05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7342CF94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652251D5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57C60" w14:paraId="5A755A27" w14:textId="77777777" w:rsidTr="00E804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4CE5198D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10</w:t>
            </w:r>
          </w:p>
        </w:tc>
        <w:tc>
          <w:tcPr>
            <w:tcW w:w="1440" w:type="dxa"/>
            <w:vAlign w:val="center"/>
          </w:tcPr>
          <w:p w14:paraId="0C120161" w14:textId="38E02979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31" w:type="dxa"/>
            <w:vAlign w:val="center"/>
          </w:tcPr>
          <w:p w14:paraId="29CBA0D5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49" w:type="dxa"/>
            <w:vAlign w:val="center"/>
          </w:tcPr>
          <w:p w14:paraId="03E5E6DF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25D6A42C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3664F770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C60" w14:paraId="2E2C1CF1" w14:textId="77777777" w:rsidTr="00E804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3107B88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11</w:t>
            </w:r>
          </w:p>
        </w:tc>
        <w:tc>
          <w:tcPr>
            <w:tcW w:w="1440" w:type="dxa"/>
            <w:vAlign w:val="center"/>
          </w:tcPr>
          <w:p w14:paraId="0A6009CB" w14:textId="0AA3CD9E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31" w:type="dxa"/>
            <w:vAlign w:val="center"/>
          </w:tcPr>
          <w:p w14:paraId="21646E1D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9" w:type="dxa"/>
            <w:vAlign w:val="center"/>
          </w:tcPr>
          <w:p w14:paraId="24E11F4F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6B7AEC31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65C4137A" w14:textId="77777777" w:rsidR="00357C60" w:rsidRDefault="00357C60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57C60" w14:paraId="51F8100A" w14:textId="77777777" w:rsidTr="00E804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D5F196C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12</w:t>
            </w:r>
          </w:p>
        </w:tc>
        <w:tc>
          <w:tcPr>
            <w:tcW w:w="1440" w:type="dxa"/>
            <w:vAlign w:val="center"/>
          </w:tcPr>
          <w:p w14:paraId="745F3633" w14:textId="4913E4E3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31" w:type="dxa"/>
            <w:vAlign w:val="center"/>
          </w:tcPr>
          <w:p w14:paraId="03AF2703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49" w:type="dxa"/>
            <w:vAlign w:val="center"/>
          </w:tcPr>
          <w:p w14:paraId="71784187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2D76D506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40" w:type="dxa"/>
            <w:vAlign w:val="center"/>
          </w:tcPr>
          <w:p w14:paraId="42D7201F" w14:textId="77777777" w:rsidR="00357C60" w:rsidRDefault="00357C60" w:rsidP="00E804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48C341D" w14:textId="77777777" w:rsidR="00357C60" w:rsidRDefault="00357C60"/>
    <w:p w14:paraId="01B80645" w14:textId="4D281BFD" w:rsidR="00357C60" w:rsidRDefault="00A923A8">
      <w:pPr>
        <w:pStyle w:val="Heading2"/>
      </w:pPr>
      <w:r>
        <w:t>Annual Trend</w:t>
      </w:r>
      <w:r w:rsidR="00E8044B">
        <w:t xml:space="preserve"> </w:t>
      </w:r>
    </w:p>
    <w:tbl>
      <w:tblPr>
        <w:tblStyle w:val="GridTable4-Accent3"/>
        <w:tblW w:w="8927" w:type="dxa"/>
        <w:tblLayout w:type="fixed"/>
        <w:tblLook w:val="04A0" w:firstRow="1" w:lastRow="0" w:firstColumn="1" w:lastColumn="0" w:noHBand="0" w:noVBand="1"/>
      </w:tblPr>
      <w:tblGrid>
        <w:gridCol w:w="1242"/>
        <w:gridCol w:w="1421"/>
        <w:gridCol w:w="2091"/>
        <w:gridCol w:w="1308"/>
        <w:gridCol w:w="1433"/>
        <w:gridCol w:w="1432"/>
      </w:tblGrid>
      <w:tr w:rsidR="00357C60" w14:paraId="729E6168" w14:textId="77777777" w:rsidTr="00E804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0BD52E5B" w14:textId="77777777" w:rsidR="00357C60" w:rsidRDefault="00A923A8" w:rsidP="00E8044B">
            <w:pPr>
              <w:jc w:val="center"/>
            </w:pPr>
            <w:r>
              <w:t>Sr. No</w:t>
            </w:r>
          </w:p>
        </w:tc>
        <w:tc>
          <w:tcPr>
            <w:tcW w:w="1421" w:type="dxa"/>
            <w:vAlign w:val="center"/>
          </w:tcPr>
          <w:p w14:paraId="0C600FC3" w14:textId="77777777" w:rsidR="00357C60" w:rsidRDefault="00A923A8" w:rsidP="00E804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</w:t>
            </w:r>
          </w:p>
        </w:tc>
        <w:tc>
          <w:tcPr>
            <w:tcW w:w="2091" w:type="dxa"/>
            <w:vAlign w:val="center"/>
          </w:tcPr>
          <w:p w14:paraId="5C4966DF" w14:textId="77777777" w:rsidR="00357C60" w:rsidRDefault="00A923A8" w:rsidP="00E8044B">
            <w:pPr>
              <w:ind w:right="-13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Carried forward from previous year</w:t>
            </w:r>
          </w:p>
        </w:tc>
        <w:tc>
          <w:tcPr>
            <w:tcW w:w="1308" w:type="dxa"/>
            <w:vAlign w:val="center"/>
          </w:tcPr>
          <w:p w14:paraId="06FC6F0E" w14:textId="77777777" w:rsidR="00357C60" w:rsidRDefault="00A923A8" w:rsidP="00E804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Received</w:t>
            </w:r>
          </w:p>
        </w:tc>
        <w:tc>
          <w:tcPr>
            <w:tcW w:w="1433" w:type="dxa"/>
            <w:vAlign w:val="center"/>
          </w:tcPr>
          <w:p w14:paraId="1D3D2A34" w14:textId="77777777" w:rsidR="00357C60" w:rsidRDefault="00A923A8" w:rsidP="00E804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Resolved*</w:t>
            </w:r>
          </w:p>
        </w:tc>
        <w:tc>
          <w:tcPr>
            <w:tcW w:w="1432" w:type="dxa"/>
            <w:vAlign w:val="center"/>
          </w:tcPr>
          <w:p w14:paraId="4E88D69F" w14:textId="77777777" w:rsidR="00357C60" w:rsidRDefault="00A923A8" w:rsidP="00E804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Pending#</w:t>
            </w:r>
          </w:p>
        </w:tc>
      </w:tr>
      <w:tr w:rsidR="00357C60" w14:paraId="407E197A" w14:textId="77777777" w:rsidTr="00E804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Align w:val="center"/>
          </w:tcPr>
          <w:p w14:paraId="410BD635" w14:textId="77777777" w:rsidR="00357C60" w:rsidRPr="00E8044B" w:rsidRDefault="00A923A8" w:rsidP="00E8044B">
            <w:pPr>
              <w:jc w:val="center"/>
              <w:rPr>
                <w:b w:val="0"/>
                <w:bCs w:val="0"/>
              </w:rPr>
            </w:pPr>
            <w:r w:rsidRPr="00E8044B">
              <w:rPr>
                <w:b w:val="0"/>
                <w:bCs w:val="0"/>
              </w:rPr>
              <w:t>1</w:t>
            </w:r>
          </w:p>
        </w:tc>
        <w:tc>
          <w:tcPr>
            <w:tcW w:w="1421" w:type="dxa"/>
            <w:vAlign w:val="center"/>
          </w:tcPr>
          <w:p w14:paraId="7E2579CE" w14:textId="788006E7" w:rsidR="00357C60" w:rsidRDefault="00E8044B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2026-27</w:t>
            </w:r>
          </w:p>
        </w:tc>
        <w:tc>
          <w:tcPr>
            <w:tcW w:w="2091" w:type="dxa"/>
            <w:vAlign w:val="center"/>
          </w:tcPr>
          <w:p w14:paraId="7EBEC9C5" w14:textId="5D6396B9" w:rsidR="00357C60" w:rsidRDefault="00E8044B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08" w:type="dxa"/>
            <w:vAlign w:val="center"/>
          </w:tcPr>
          <w:p w14:paraId="784F872B" w14:textId="509A243A" w:rsidR="00357C60" w:rsidRDefault="00E8044B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433" w:type="dxa"/>
            <w:vAlign w:val="center"/>
          </w:tcPr>
          <w:p w14:paraId="1E017F86" w14:textId="446CA9ED" w:rsidR="00357C60" w:rsidRDefault="00E8044B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432" w:type="dxa"/>
            <w:vAlign w:val="center"/>
          </w:tcPr>
          <w:p w14:paraId="3A85F7BE" w14:textId="17BFAF4F" w:rsidR="00357C60" w:rsidRDefault="00E8044B" w:rsidP="00E804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</w:tbl>
    <w:p w14:paraId="59979AD5" w14:textId="77777777" w:rsidR="00357C60" w:rsidRDefault="00357C60"/>
    <w:p w14:paraId="281BD0EC" w14:textId="77777777" w:rsidR="00357C60" w:rsidRDefault="00A923A8">
      <w:r>
        <w:t>* Inclusive of complaints in previous month/year resolved in current month/year.</w:t>
      </w:r>
    </w:p>
    <w:sectPr w:rsidR="00357C60" w:rsidSect="00E8044B">
      <w:pgSz w:w="12240" w:h="15840"/>
      <w:pgMar w:top="709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15088926">
    <w:abstractNumId w:val="8"/>
  </w:num>
  <w:num w:numId="2" w16cid:durableId="1255867670">
    <w:abstractNumId w:val="6"/>
  </w:num>
  <w:num w:numId="3" w16cid:durableId="1328941426">
    <w:abstractNumId w:val="5"/>
  </w:num>
  <w:num w:numId="4" w16cid:durableId="1720861390">
    <w:abstractNumId w:val="4"/>
  </w:num>
  <w:num w:numId="5" w16cid:durableId="443423990">
    <w:abstractNumId w:val="7"/>
  </w:num>
  <w:num w:numId="6" w16cid:durableId="1509908120">
    <w:abstractNumId w:val="3"/>
  </w:num>
  <w:num w:numId="7" w16cid:durableId="871963180">
    <w:abstractNumId w:val="2"/>
  </w:num>
  <w:num w:numId="8" w16cid:durableId="729575494">
    <w:abstractNumId w:val="1"/>
  </w:num>
  <w:num w:numId="9" w16cid:durableId="887226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1AB5"/>
    <w:rsid w:val="0006063C"/>
    <w:rsid w:val="0015074B"/>
    <w:rsid w:val="0029639D"/>
    <w:rsid w:val="00326F90"/>
    <w:rsid w:val="00357C60"/>
    <w:rsid w:val="00A8211A"/>
    <w:rsid w:val="00AA1D8D"/>
    <w:rsid w:val="00B47730"/>
    <w:rsid w:val="00CB0664"/>
    <w:rsid w:val="00E8044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2CFAFC"/>
  <w14:defaultImageDpi w14:val="300"/>
  <w15:docId w15:val="{CB723D30-FE7B-424B-8DE6-C1F1FDA04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TableGridLight">
    <w:name w:val="Grid Table Light"/>
    <w:basedOn w:val="TableNormal"/>
    <w:uiPriority w:val="99"/>
    <w:rsid w:val="00E8044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4-Accent3">
    <w:name w:val="Grid Table 4 Accent 3"/>
    <w:basedOn w:val="TableNormal"/>
    <w:uiPriority w:val="49"/>
    <w:rsid w:val="00E8044B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E8044B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E8044B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5">
    <w:name w:val="Grid Table 4 Accent 5"/>
    <w:basedOn w:val="TableNormal"/>
    <w:uiPriority w:val="49"/>
    <w:rsid w:val="00E8044B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E8044B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E8044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Naveenkumar Kumar</cp:lastModifiedBy>
  <cp:revision>3</cp:revision>
  <dcterms:created xsi:type="dcterms:W3CDTF">2026-06-13T06:22:00Z</dcterms:created>
  <dcterms:modified xsi:type="dcterms:W3CDTF">2026-06-13T06:22:00Z</dcterms:modified>
  <cp:category/>
</cp:coreProperties>
</file>